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7196455" cy="1028359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96455" cy="1028359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