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</w:pPr>
      <w:r>
        <w:drawing>
          <wp:inline xmlns:a="http://schemas.openxmlformats.org/drawingml/2006/main" xmlns:pic="http://schemas.openxmlformats.org/drawingml/2006/picture">
            <wp:extent cx="10170535" cy="7196455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4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170535" cy="7196455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6834" w:h="11909" w:orient="landscape"/>
      <w:pgMar w:top="288" w:right="288" w:bottom="288" w:left="2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