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10170535" cy="7196455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6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170535" cy="7196455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909" w:orient="landscape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