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6398969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tate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8969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77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