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6409345" cy="914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zujou_tyuui_tate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9345" cy="9144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93" w:h="1440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