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ind w:left="0" w:right="0"/>
        <w:jc w:val="center"/>
      </w:pPr>
      <w:r>
        <w:drawing>
          <wp:inline xmlns:a="http://schemas.openxmlformats.org/drawingml/2006/main" xmlns:pic="http://schemas.openxmlformats.org/drawingml/2006/picture">
            <wp:extent cx="9144000" cy="639896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zujou_tyuui_yoko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39896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4400" w:h="10077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