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9144000" cy="639896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zujou_tyuu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3989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0" w:h="10077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