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/>
        <w:ind w:left="0" w:right="0"/>
        <w:jc w:val="center"/>
      </w:pPr>
      <w:r>
        <w:drawing>
          <wp:inline xmlns:a="http://schemas.openxmlformats.org/drawingml/2006/main" xmlns:pic="http://schemas.openxmlformats.org/drawingml/2006/picture">
            <wp:extent cx="9144000" cy="639896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zujou_tyuui_yoko03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144000" cy="6398969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4400" w:h="10077"/>
      <w:pgMar w:top="0" w:right="0" w:bottom="0" w:left="0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