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80395" cy="1068933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aikyakuyou_tyusyajou_tate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0395" cy="1068933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6834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