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7480395" cy="1068933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raikyakuyou_tyusyajou_tate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0395" cy="10689336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9" w:h="16834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