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89336" cy="748039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aikyakuyou_tyusyajou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89336" cy="748039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909" w:orient="landscape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