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89336" cy="749252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aikyakuyou_tyusyajou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89336" cy="749252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909" w:orient="landscape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