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10689336" cy="7480395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raikyakuyou_tyusyajou_yoko03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689336" cy="7480395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6834" w:h="11909" w:orient="landscape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