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5040000" cy="7189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shimoto_tyuu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71892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7937" w:h="11339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ashimoto_tyuui03</dc:title>
  <dc:subject>足元注意ポスター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