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200000" cy="5749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shimoto_tyuu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00000" cy="57492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339" w:h="9071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ashimoto_tyuui_yoko03</dc:title>
  <dc:subject>足元注意ポスター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