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7200000" cy="10272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koujisyaryo_deiriguchi_tyuui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200000" cy="1027200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1906" w:h="16838"/>
      <w:pgMar w:top="283" w:right="283" w:bottom="283" w:left="28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