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200000" cy="1028865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tyuu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1028865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