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288655" cy="720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ujisyaryo_deiriguch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8655" cy="7200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283" w:right="283" w:bottom="283" w:left="28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