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74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342631" cy="1049247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moji01(3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9247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7017"/>
      <w:pgMar w:top="173" w:right="173" w:bottom="173" w:left="17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