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72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342631" cy="103856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02(3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3856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44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