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74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342631" cy="1049247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03(3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9247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7017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