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492474" cy="734263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moji_yoko02(2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92474" cy="73426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7017" w:h="11909"/>
      <w:pgMar w:top="173" w:right="173" w:bottom="173" w:left="17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