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6272783" cy="896368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unbityuu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72783" cy="896368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0080" w:h="1440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