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</w:pPr>
      <w:r>
        <w:drawing>
          <wp:inline xmlns:a="http://schemas.openxmlformats.org/drawingml/2006/main" xmlns:pic="http://schemas.openxmlformats.org/drawingml/2006/picture">
            <wp:extent cx="7838184" cy="6272783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junbityuu_yoko0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838184" cy="627278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596" w:h="10080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