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0"/>
      </w:pPr>
      <w:r>
        <w:drawing>
          <wp:inline xmlns:a="http://schemas.openxmlformats.org/drawingml/2006/main" xmlns:pic="http://schemas.openxmlformats.org/drawingml/2006/picture">
            <wp:extent cx="8963682" cy="6272783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junbityuu_yoko03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8963682" cy="6272783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4404" w:h="10080"/>
      <w:pgMar w:top="0" w:right="0" w:bottom="0" w:left="0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