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82260" cy="1069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onjitu_kyugyou_moji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2260" cy="10692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