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2260" cy="1069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njitu_kyugyou_moj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2260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