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92000" cy="74822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onjitu_kyugyou_moji_yok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48226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8" w:h="11906" w:orient="landscape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