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92000" cy="74822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njitu_kyugyou_moj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48226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