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983730" cy="997961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igyoutyuu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83730" cy="997961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454" w:right="454" w:bottom="454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