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10289941" cy="72008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igyoutyuu_yoko02(1)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289941" cy="720089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6838" w:h="11906" w:orient="landscape"/>
      <w:pgMar w:top="283" w:right="283" w:bottom="283" w:left="28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