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400800" cy="9144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omi_motikomi_kinshi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9144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0080" w:h="1440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