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9144000" cy="64008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gomi_motikomi_kinshi_yoko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4008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4400" w:h="10080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