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9144000" cy="6400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omi_motikomi_kinsh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4008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4400" w:h="100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