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522598" cy="932688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riguchi02(1)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22598" cy="932688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入口ポスター</dc:title>
  <dc:subject>入口案内ポスター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