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0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</dc:title>
  <dc:subject>入口案内ポスター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