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6526949" cy="932688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riguchi06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26949" cy="932688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入口ポスター</dc:title>
  <dc:subject>入口案内ポスター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