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601200" cy="67189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189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 横向き</dc:title>
  <dc:subject>入口案内ポスター 横向き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