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9601200" cy="671891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riguchi_yoko04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01200" cy="6718918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5840" w:h="122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入口ポスター 横向き</dc:title>
  <dc:subject>入口案内ポスター 横向き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