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02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</dc:title>
  <dc:subject>出口案内ポスター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