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/>
        <w:ind w:left="0" w:right="0"/>
        <w:jc w:val="center"/>
      </w:pPr>
      <w:r>
        <w:drawing>
          <wp:inline xmlns:a="http://schemas.openxmlformats.org/drawingml/2006/main" xmlns:pic="http://schemas.openxmlformats.org/drawingml/2006/picture">
            <wp:extent cx="12527280" cy="8769096"/>
            <wp:docPr id="1" name="Picture 1" descr="出口とEXITを表示した横向き案内ポスター 01" title="出口とEXITを表示した横向き案内ポスター 0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deguchi_yoko01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2527280" cy="8769096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20160" w:h="14112"/>
      <w:pgMar w:top="144" w:right="216" w:bottom="144" w:left="216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出口ポスターテンプレート 横向き 01</dc:title>
  <dc:subject>出口案内ポスター</dc:subject>
  <dc:creator>OpenAI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