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suku_onega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masuku_onegai02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