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42993" cy="106358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asuku_onegai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2993" cy="106358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masuku_onegai03</dc:title>
  <dc:subject>マスク着用のお願い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