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10635889" cy="744299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1masuku_onegai_yoko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35889" cy="744299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80" w:orient="landscape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01masuku_onegai_yoko01</dc:title>
  <dc:subject>マスク着用のお願い 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