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10635889" cy="744299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asuku_onegai_yoko03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35889" cy="744299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6834" w:h="11780" w:orient="landscape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masuku_onegai_yoko03</dc:title>
  <dc:subject>マスク着用のお願い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