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7442993" cy="106358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aityoufuryou_ohikaekudasai02(1)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42993" cy="106358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780" w:h="1683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taityoufuryou_ohikaekudasai02</dc:title>
  <dc:subject>体調不良の方はご利用をお控えください 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