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42993" cy="106358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aityoufuryou_ohikaekudasai03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2993" cy="106358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taityoufuryou_ohikaekudasai03</dc:title>
  <dc:subject>体調不良の方はご利用をお控えください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