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4299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aityoufuryou_ohikaekudasa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4299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taityoufuryou_ohikaekudasai_yoko02</dc:title>
  <dc:subject>体調不良の方はご利用をお控えください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