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7442993" cy="106358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uketuke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42993" cy="106358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780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uketuke01</dc:title>
  <dc:subject>受付 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