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42993" cy="106358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uketuke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42993" cy="106358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780" w:h="1683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uketuke02</dc:title>
  <dc:subject>受付 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